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B2C" w:rsidRDefault="00BF14E5">
      <w:pPr>
        <w:pStyle w:val="Title"/>
      </w:pPr>
      <w:r>
        <w:t>Manoj Tiwari</w:t>
      </w:r>
    </w:p>
    <w:p w:rsidR="00E32B2C" w:rsidRDefault="00BF14E5">
      <w:r>
        <w:t>Email: manojtiwari.lu@gmail.com | Phone: +91-8707610614</w:t>
      </w:r>
      <w:r>
        <w:br/>
        <w:t>Location: Shravasti, Uttar Pradesh, India</w:t>
      </w:r>
      <w:r>
        <w:br/>
        <w:t>Languages: Hindi (Native), English, Awadhi</w:t>
      </w:r>
    </w:p>
    <w:p w:rsidR="00E32B2C" w:rsidRDefault="00BF14E5">
      <w:r w:rsidRPr="00BF14E5">
        <w:rPr>
          <w:color w:val="4F81BD" w:themeColor="accent1"/>
        </w:rPr>
        <w:t>Portfolio</w:t>
      </w:r>
      <w:proofErr w:type="gramStart"/>
      <w:r w:rsidRPr="00BF14E5">
        <w:rPr>
          <w:color w:val="4F81BD" w:themeColor="accent1"/>
        </w:rPr>
        <w:t>:</w:t>
      </w:r>
      <w:proofErr w:type="gramEnd"/>
      <w:r>
        <w:br/>
        <w:t>- https://tinyurl.com/yuedjhd2</w:t>
      </w:r>
      <w:r>
        <w:br/>
        <w:t>- https://tinyurl.com/2p889m3a</w:t>
      </w:r>
      <w:r>
        <w:br/>
        <w:t>- https://tinyurl.com/2ztjewb9</w:t>
      </w:r>
      <w:r>
        <w:br/>
        <w:t>- https://tinyurl.com/bdzad9fb</w:t>
      </w:r>
      <w:r>
        <w:br/>
        <w:t>- https://tinyurl.com/4uz8pu4f</w:t>
      </w:r>
    </w:p>
    <w:p w:rsidR="00E32B2C" w:rsidRDefault="00BF14E5">
      <w:pPr>
        <w:pStyle w:val="Heading1"/>
      </w:pPr>
      <w:r>
        <w:t>Summary</w:t>
      </w:r>
    </w:p>
    <w:p w:rsidR="00E32B2C" w:rsidRDefault="00BF14E5">
      <w:r>
        <w:t xml:space="preserve">Multimedia journalist and seasoned English-Hindi linguist with 8+ years of experience across digital and print media. </w:t>
      </w:r>
      <w:proofErr w:type="gramStart"/>
      <w:r>
        <w:t xml:space="preserve">Proven expertise in </w:t>
      </w:r>
      <w:r w:rsidR="00145F34">
        <w:t xml:space="preserve">medical, </w:t>
      </w:r>
      <w:r>
        <w:t xml:space="preserve">sports, politics, </w:t>
      </w:r>
      <w:proofErr w:type="spellStart"/>
      <w:r>
        <w:t>iGaming</w:t>
      </w:r>
      <w:proofErr w:type="spellEnd"/>
      <w:r>
        <w:t>, crypto, wellness, travel, and entertainment content.</w:t>
      </w:r>
      <w:proofErr w:type="gramEnd"/>
      <w:r>
        <w:t xml:space="preserve"> Skilled in storytelling, localization, betting content translation, and multilingual adaptation. Adept at meeting tight deadlines and working with global brands in fast-paced environments. Additionally, I hold a Diploma in Pharmacy, bringing domain knowledge in medical and pharmaceutical content translation.</w:t>
      </w:r>
    </w:p>
    <w:p w:rsidR="00E85A9C" w:rsidRDefault="00BF14E5" w:rsidP="00E85A9C">
      <w:pPr>
        <w:pStyle w:val="Heading1"/>
      </w:pPr>
      <w:r>
        <w:t>Experience</w:t>
      </w:r>
    </w:p>
    <w:p w:rsidR="00E85A9C" w:rsidRDefault="00E85A9C" w:rsidP="00E85A9C"/>
    <w:p w:rsidR="00E85A9C" w:rsidRDefault="00E85A9C" w:rsidP="00E85A9C">
      <w:proofErr w:type="spellStart"/>
      <w:r>
        <w:t>Contentoo</w:t>
      </w:r>
      <w:proofErr w:type="spellEnd"/>
      <w:r>
        <w:t xml:space="preserve"> – E-Commerce Translator, Editor and Proof-reader</w:t>
      </w:r>
    </w:p>
    <w:p w:rsidR="00E85A9C" w:rsidRDefault="00E85A9C" w:rsidP="00E85A9C">
      <w:r>
        <w:t xml:space="preserve">September 2025 – Present </w:t>
      </w:r>
    </w:p>
    <w:p w:rsidR="00E85A9C" w:rsidRPr="00E85A9C" w:rsidRDefault="00E85A9C" w:rsidP="00E85A9C">
      <w:r>
        <w:t xml:space="preserve">Client: </w:t>
      </w:r>
      <w:proofErr w:type="spellStart"/>
      <w:r>
        <w:t>Shopify</w:t>
      </w:r>
      <w:proofErr w:type="spellEnd"/>
    </w:p>
    <w:p w:rsidR="00E32B2C" w:rsidRDefault="00BF14E5">
      <w:pPr>
        <w:pStyle w:val="ListBullet"/>
      </w:pPr>
      <w:r>
        <w:t xml:space="preserve">ICS-digital – </w:t>
      </w:r>
      <w:proofErr w:type="spellStart"/>
      <w:r>
        <w:t>iGaming</w:t>
      </w:r>
      <w:proofErr w:type="spellEnd"/>
      <w:r>
        <w:t xml:space="preserve"> Translator (ENG-HI)</w:t>
      </w:r>
      <w:r>
        <w:br/>
        <w:t>July 2024 – Present</w:t>
      </w:r>
    </w:p>
    <w:p w:rsidR="00BF14E5" w:rsidRDefault="00BF14E5" w:rsidP="00BF14E5">
      <w:pPr>
        <w:pStyle w:val="ListBullet"/>
        <w:numPr>
          <w:ilvl w:val="0"/>
          <w:numId w:val="0"/>
        </w:numPr>
      </w:pPr>
    </w:p>
    <w:p w:rsidR="00BF14E5" w:rsidRDefault="00BF14E5" w:rsidP="00BF14E5">
      <w:pPr>
        <w:pStyle w:val="ListBullet"/>
        <w:numPr>
          <w:ilvl w:val="0"/>
          <w:numId w:val="0"/>
        </w:numPr>
      </w:pPr>
      <w:r>
        <w:t>Client: 1xBet and many other prominent global betting clients.</w:t>
      </w:r>
    </w:p>
    <w:p w:rsidR="00E32B2C" w:rsidRDefault="00BF14E5">
      <w:r>
        <w:t xml:space="preserve">Translating and localizing iGaming and betting-related content from English to Hindi with accuracy, context-awareness, and regulatory compliance. </w:t>
      </w:r>
      <w:proofErr w:type="gramStart"/>
      <w:r>
        <w:t>Special focus on sportsbook, online casino, and promotional offers.</w:t>
      </w:r>
      <w:proofErr w:type="gramEnd"/>
    </w:p>
    <w:p w:rsidR="00E85A9C" w:rsidRDefault="00E85A9C" w:rsidP="00E85A9C"/>
    <w:p w:rsidR="00E32B2C" w:rsidRDefault="00BF14E5">
      <w:pPr>
        <w:pStyle w:val="ListBullet"/>
      </w:pPr>
      <w:r>
        <w:lastRenderedPageBreak/>
        <w:t>Bridgehead Media Inc – ENG-HI Linguist</w:t>
      </w:r>
      <w:r>
        <w:br/>
        <w:t>Jan 2023 – Present</w:t>
      </w:r>
    </w:p>
    <w:p w:rsidR="00E32B2C" w:rsidRDefault="00BF14E5">
      <w:r>
        <w:t>Client: Apple (Sports Content)</w:t>
      </w:r>
    </w:p>
    <w:p w:rsidR="00E32B2C" w:rsidRDefault="00BF14E5">
      <w:pPr>
        <w:pStyle w:val="ListBullet"/>
      </w:pPr>
      <w:r>
        <w:t>Politechnica – Hindi Writer | ENG-HI Linguist</w:t>
      </w:r>
      <w:r>
        <w:br/>
        <w:t>Aug 2022 – Sept 2023</w:t>
      </w:r>
    </w:p>
    <w:p w:rsidR="00E32B2C" w:rsidRDefault="00BF14E5">
      <w:pPr>
        <w:pStyle w:val="ListBullet"/>
      </w:pPr>
      <w:r>
        <w:t>SportzInteractive – Hindi Writer | ENG-HI Linguist</w:t>
      </w:r>
      <w:r>
        <w:br/>
      </w:r>
    </w:p>
    <w:p w:rsidR="00E32B2C" w:rsidRDefault="00BF14E5">
      <w:r>
        <w:t>Clients: Olympics.com, Mumbai Indians, Delhi Capitals, Real Madrid, 1XBet, MPL</w:t>
      </w:r>
    </w:p>
    <w:p w:rsidR="00E32B2C" w:rsidRDefault="00BF14E5">
      <w:pPr>
        <w:pStyle w:val="ListBullet"/>
      </w:pPr>
      <w:r>
        <w:t>100MB Sports – Content Writer | ENG-HI Linguist</w:t>
      </w:r>
      <w:r>
        <w:br/>
        <w:t>Oct 2018 – Aug 2022</w:t>
      </w:r>
    </w:p>
    <w:p w:rsidR="00E32B2C" w:rsidRDefault="00BF14E5">
      <w:r>
        <w:t>Client: Sachin Tendulkar’s official cricket &amp; fantasy app</w:t>
      </w:r>
    </w:p>
    <w:p w:rsidR="00E32B2C" w:rsidRDefault="00BF14E5">
      <w:pPr>
        <w:pStyle w:val="ListBullet"/>
      </w:pPr>
      <w:r>
        <w:t>Sportswallah – Content Writer | ENG-HI Linguist</w:t>
      </w:r>
      <w:r>
        <w:br/>
        <w:t>Dec 2017 – Oct 2018</w:t>
      </w:r>
    </w:p>
    <w:p w:rsidR="00E32B2C" w:rsidRDefault="00BF14E5">
      <w:pPr>
        <w:pStyle w:val="ListBullet"/>
      </w:pPr>
      <w:r>
        <w:t>Modify Foundation – Content Writer | ENG-HI Linguist</w:t>
      </w:r>
      <w:r>
        <w:br/>
        <w:t>Apr 2017 – Dec 2017</w:t>
      </w:r>
    </w:p>
    <w:p w:rsidR="00E32B2C" w:rsidRDefault="00BF14E5">
      <w:pPr>
        <w:pStyle w:val="ListBullet"/>
      </w:pPr>
      <w:r>
        <w:t>Gozoop – Content Writer | ENG-HI Translator</w:t>
      </w:r>
      <w:r>
        <w:br/>
        <w:t>May 2016 – Mar 2017</w:t>
      </w:r>
    </w:p>
    <w:p w:rsidR="00E32B2C" w:rsidRDefault="00BF14E5">
      <w:pPr>
        <w:pStyle w:val="ListBullet"/>
      </w:pPr>
      <w:r>
        <w:t>Shukrawaar Magazine – Sub-editor | ENG-HI Translator | Entertainment Writer</w:t>
      </w:r>
      <w:r>
        <w:br/>
        <w:t>Oct 2015 – Apr 2016</w:t>
      </w:r>
    </w:p>
    <w:p w:rsidR="00E32B2C" w:rsidRDefault="00BF14E5">
      <w:pPr>
        <w:pStyle w:val="Heading1"/>
      </w:pPr>
      <w:r>
        <w:t>Education</w:t>
      </w:r>
    </w:p>
    <w:p w:rsidR="00E32B2C" w:rsidRDefault="00BF14E5">
      <w:pPr>
        <w:pStyle w:val="ListBullet"/>
      </w:pPr>
      <w:r>
        <w:t>MJMC – Lucknow University – 2014</w:t>
      </w:r>
    </w:p>
    <w:p w:rsidR="00E32B2C" w:rsidRDefault="00BF14E5">
      <w:pPr>
        <w:pStyle w:val="ListBullet"/>
      </w:pPr>
      <w:r>
        <w:t>BBA – Lucknow University – 2012</w:t>
      </w:r>
    </w:p>
    <w:p w:rsidR="00E32B2C" w:rsidRDefault="00BF14E5">
      <w:pPr>
        <w:pStyle w:val="ListBullet"/>
      </w:pPr>
      <w:r>
        <w:t>Intermediate – Jagat Jeet Inter College, Shravasti – 2008</w:t>
      </w:r>
    </w:p>
    <w:p w:rsidR="00E32B2C" w:rsidRDefault="00BF14E5">
      <w:pPr>
        <w:pStyle w:val="ListBullet"/>
      </w:pPr>
      <w:r>
        <w:t>High School – Jagat Jeet Inter College, Shravasti – 2006</w:t>
      </w:r>
    </w:p>
    <w:p w:rsidR="00E32B2C" w:rsidRDefault="00BF14E5">
      <w:pPr>
        <w:pStyle w:val="Heading1"/>
      </w:pPr>
      <w:r>
        <w:t>Achievements</w:t>
      </w:r>
    </w:p>
    <w:p w:rsidR="00E32B2C" w:rsidRDefault="00BF14E5">
      <w:pPr>
        <w:pStyle w:val="ListBullet"/>
      </w:pPr>
      <w:r>
        <w:t>Delivered high-visibility content for Apple, Olympics.com, and Sachin Tendulkar's app</w:t>
      </w:r>
    </w:p>
    <w:p w:rsidR="00E32B2C" w:rsidRDefault="00BF14E5">
      <w:pPr>
        <w:pStyle w:val="ListBullet"/>
      </w:pPr>
      <w:r>
        <w:t>Currently leading Hindi betting translation for a global iGaming brand</w:t>
      </w:r>
    </w:p>
    <w:p w:rsidR="00E32B2C" w:rsidRDefault="00BF14E5">
      <w:pPr>
        <w:pStyle w:val="ListBullet"/>
      </w:pPr>
      <w:r>
        <w:t>Worked with India’s top sports and political media agencies</w:t>
      </w:r>
    </w:p>
    <w:p w:rsidR="00E32B2C" w:rsidRDefault="00BF14E5">
      <w:pPr>
        <w:pStyle w:val="Heading1"/>
      </w:pPr>
      <w:r>
        <w:t>Skills</w:t>
      </w:r>
    </w:p>
    <w:p w:rsidR="00E32B2C" w:rsidRDefault="00BF14E5">
      <w:pPr>
        <w:pStyle w:val="ListBullet"/>
      </w:pPr>
      <w:r>
        <w:t>Sports, iGaming &amp; Betting Translation (ENG-HI)</w:t>
      </w:r>
      <w:r>
        <w:br/>
        <w:t>Medical &amp; Pharma Translation (ENG-HI)</w:t>
      </w:r>
      <w:r>
        <w:br/>
        <w:t>Tourism &amp; Hospitality Translation (ENG-HI)</w:t>
      </w:r>
    </w:p>
    <w:p w:rsidR="00E32B2C" w:rsidRDefault="00BF14E5">
      <w:pPr>
        <w:pStyle w:val="ListBullet"/>
      </w:pPr>
      <w:r>
        <w:lastRenderedPageBreak/>
        <w:t>Copywriting &amp; Script Writing</w:t>
      </w:r>
    </w:p>
    <w:p w:rsidR="00E32B2C" w:rsidRDefault="00BF14E5">
      <w:pPr>
        <w:pStyle w:val="ListBullet"/>
      </w:pPr>
      <w:r>
        <w:t>Content Localization</w:t>
      </w:r>
    </w:p>
    <w:p w:rsidR="00E32B2C" w:rsidRDefault="00BF14E5">
      <w:pPr>
        <w:pStyle w:val="ListBullet"/>
      </w:pPr>
      <w:r>
        <w:t>Social Media &amp; Campaign Planning</w:t>
      </w:r>
    </w:p>
    <w:p w:rsidR="00E32B2C" w:rsidRDefault="00BF14E5">
      <w:pPr>
        <w:pStyle w:val="ListBullet"/>
      </w:pPr>
      <w:r>
        <w:t>SEO and App Content Strategy</w:t>
      </w:r>
    </w:p>
    <w:p w:rsidR="00E32B2C" w:rsidRDefault="00BF14E5">
      <w:pPr>
        <w:pStyle w:val="Heading1"/>
      </w:pPr>
      <w:r>
        <w:t>Areas of Interest</w:t>
      </w:r>
    </w:p>
    <w:p w:rsidR="00E32B2C" w:rsidRDefault="00BF14E5">
      <w:pPr>
        <w:pStyle w:val="ListBullet"/>
      </w:pPr>
      <w:r>
        <w:t xml:space="preserve">Sports, </w:t>
      </w:r>
      <w:proofErr w:type="spellStart"/>
      <w:r>
        <w:t>iGaming</w:t>
      </w:r>
      <w:proofErr w:type="spellEnd"/>
      <w:r>
        <w:t xml:space="preserve">, Politics, Finance, </w:t>
      </w:r>
      <w:r w:rsidR="00145F34">
        <w:t xml:space="preserve">Medical, </w:t>
      </w:r>
      <w:r>
        <w:t>Yoga, Entertainment</w:t>
      </w:r>
    </w:p>
    <w:p w:rsidR="00E32B2C" w:rsidRDefault="00BF14E5">
      <w:pPr>
        <w:pStyle w:val="ListBullet"/>
      </w:pPr>
      <w:r>
        <w:t>Hindi Storytelling</w:t>
      </w:r>
    </w:p>
    <w:p w:rsidR="00E32B2C" w:rsidRDefault="00BF14E5">
      <w:pPr>
        <w:pStyle w:val="ListBullet"/>
      </w:pPr>
      <w:r>
        <w:t>English to Hindi &amp; Awadhi Translation</w:t>
      </w:r>
    </w:p>
    <w:p w:rsidR="00E32B2C" w:rsidRDefault="00BF14E5">
      <w:pPr>
        <w:pStyle w:val="ListBullet"/>
      </w:pPr>
      <w:proofErr w:type="spellStart"/>
      <w:r>
        <w:t>iGaming</w:t>
      </w:r>
      <w:proofErr w:type="spellEnd"/>
      <w:r>
        <w:t xml:space="preserve"> &amp; Fantasy Sports</w:t>
      </w:r>
    </w:p>
    <w:p w:rsidR="00E32B2C" w:rsidRDefault="00BF14E5">
      <w:pPr>
        <w:pStyle w:val="ListBullet"/>
      </w:pPr>
      <w:r>
        <w:t>Video Scripting &amp; Voiceovers</w:t>
      </w:r>
    </w:p>
    <w:sectPr w:rsidR="00E32B2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D3F22F6"/>
    <w:multiLevelType w:val="hybridMultilevel"/>
    <w:tmpl w:val="CDE21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426242"/>
    <w:multiLevelType w:val="hybridMultilevel"/>
    <w:tmpl w:val="73CCC1D6"/>
    <w:lvl w:ilvl="0" w:tplc="F46C90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476005"/>
    <w:multiLevelType w:val="hybridMultilevel"/>
    <w:tmpl w:val="E3FE45CC"/>
    <w:lvl w:ilvl="0" w:tplc="F46C90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A5295"/>
    <w:multiLevelType w:val="hybridMultilevel"/>
    <w:tmpl w:val="BD6A1C94"/>
    <w:lvl w:ilvl="0" w:tplc="F46C90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6479E5"/>
    <w:multiLevelType w:val="hybridMultilevel"/>
    <w:tmpl w:val="1962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1C49DA"/>
    <w:multiLevelType w:val="hybridMultilevel"/>
    <w:tmpl w:val="F6A6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443E25"/>
    <w:multiLevelType w:val="hybridMultilevel"/>
    <w:tmpl w:val="C76AA6EC"/>
    <w:lvl w:ilvl="0" w:tplc="F46C90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4"/>
  </w:num>
  <w:num w:numId="12">
    <w:abstractNumId w:val="9"/>
  </w:num>
  <w:num w:numId="13">
    <w:abstractNumId w:val="12"/>
  </w:num>
  <w:num w:numId="14">
    <w:abstractNumId w:val="10"/>
  </w:num>
  <w:num w:numId="15">
    <w:abstractNumId w:val="1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45F34"/>
    <w:rsid w:val="0015074B"/>
    <w:rsid w:val="0029639D"/>
    <w:rsid w:val="00326F90"/>
    <w:rsid w:val="00786D43"/>
    <w:rsid w:val="00AA1D8D"/>
    <w:rsid w:val="00B47730"/>
    <w:rsid w:val="00BF14E5"/>
    <w:rsid w:val="00CB0664"/>
    <w:rsid w:val="00E32B2C"/>
    <w:rsid w:val="00E85A9C"/>
    <w:rsid w:val="00F911DB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1">
    <w:name w:val="Light List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1">
    <w:name w:val="Light Grid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1">
    <w:name w:val="Medium Shading 1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1">
    <w:name w:val="Medium Grid 2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1">
    <w:name w:val="Dark List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1">
    <w:name w:val="Colorful Shading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1">
    <w:name w:val="Colorful List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1">
    <w:name w:val="Colorful Grid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 User</cp:lastModifiedBy>
  <cp:revision>4</cp:revision>
  <dcterms:created xsi:type="dcterms:W3CDTF">2013-12-23T23:15:00Z</dcterms:created>
  <dcterms:modified xsi:type="dcterms:W3CDTF">2026-01-02T13:55:00Z</dcterms:modified>
  <cp:category/>
</cp:coreProperties>
</file>